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409B8" w14:textId="77777777" w:rsidR="00301B7C" w:rsidRDefault="00000000" w:rsidP="002E4F26">
      <w:pPr>
        <w:spacing w:after="480" w:line="240" w:lineRule="auto"/>
      </w:pPr>
      <w:r>
        <w:rPr>
          <w:noProof/>
        </w:rPr>
        <w:drawing>
          <wp:inline distT="0" distB="0" distL="0" distR="0" wp14:anchorId="47C09059" wp14:editId="416E7BFA">
            <wp:extent cx="3108960" cy="7953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estri_logo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08960" cy="79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5A1CD" w14:textId="77777777" w:rsidR="00301B7C" w:rsidRPr="002E4F26" w:rsidRDefault="00000000" w:rsidP="002E4F26">
      <w:pPr>
        <w:spacing w:after="560" w:line="240" w:lineRule="auto"/>
        <w:jc w:val="right"/>
        <w:rPr>
          <w:lang w:eastAsia="ko-KR"/>
        </w:rPr>
      </w:pPr>
      <w:r w:rsidRPr="002E4F26">
        <w:rPr>
          <w:b/>
          <w:sz w:val="22"/>
          <w:lang w:eastAsia="ko-KR"/>
        </w:rPr>
        <w:t>(사)</w:t>
      </w:r>
      <w:proofErr w:type="spellStart"/>
      <w:r w:rsidRPr="002E4F26">
        <w:rPr>
          <w:b/>
          <w:sz w:val="22"/>
          <w:lang w:eastAsia="ko-KR"/>
        </w:rPr>
        <w:t>미래성악포럼</w:t>
      </w:r>
      <w:proofErr w:type="spellEnd"/>
      <w:r w:rsidRPr="002E4F26">
        <w:rPr>
          <w:b/>
          <w:sz w:val="22"/>
          <w:lang w:eastAsia="ko-KR"/>
        </w:rPr>
        <w:t xml:space="preserve"> - I MAESTRI 후원회 가입신청서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dotted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56"/>
        <w:gridCol w:w="3384"/>
        <w:gridCol w:w="1656"/>
        <w:gridCol w:w="2765"/>
      </w:tblGrid>
      <w:tr w:rsidR="00301B7C" w:rsidRPr="002E4F26" w14:paraId="2F708FDA" w14:textId="77777777">
        <w:trPr>
          <w:trHeight w:val="480"/>
          <w:jc w:val="center"/>
        </w:trPr>
        <w:tc>
          <w:tcPr>
            <w:tcW w:w="1656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52CF3AA" w14:textId="77777777" w:rsidR="00301B7C" w:rsidRPr="002E4F26" w:rsidRDefault="00000000" w:rsidP="002E4F26">
            <w:pPr>
              <w:spacing w:after="0" w:line="240" w:lineRule="auto"/>
              <w:jc w:val="center"/>
            </w:pPr>
            <w:proofErr w:type="spellStart"/>
            <w:r w:rsidRPr="002E4F26">
              <w:t>회원명</w:t>
            </w:r>
            <w:proofErr w:type="spellEnd"/>
          </w:p>
        </w:tc>
        <w:tc>
          <w:tcPr>
            <w:tcW w:w="338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88C9175" w14:textId="77777777" w:rsidR="00301B7C" w:rsidRPr="002E4F26" w:rsidRDefault="00301B7C" w:rsidP="002E4F26">
            <w:pPr>
              <w:spacing w:after="0" w:line="240" w:lineRule="auto"/>
            </w:pPr>
          </w:p>
        </w:tc>
        <w:tc>
          <w:tcPr>
            <w:tcW w:w="1656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3B50108" w14:textId="77777777" w:rsidR="00301B7C" w:rsidRPr="002E4F26" w:rsidRDefault="00000000" w:rsidP="002E4F26">
            <w:pPr>
              <w:spacing w:after="0" w:line="240" w:lineRule="auto"/>
              <w:jc w:val="center"/>
            </w:pPr>
            <w:r w:rsidRPr="002E4F26">
              <w:t>성별</w:t>
            </w:r>
          </w:p>
        </w:tc>
        <w:tc>
          <w:tcPr>
            <w:tcW w:w="276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1F56D58" w14:textId="77777777" w:rsidR="00301B7C" w:rsidRPr="002E4F26" w:rsidRDefault="00000000" w:rsidP="002E4F26">
            <w:pPr>
              <w:spacing w:after="0" w:line="240" w:lineRule="auto"/>
              <w:jc w:val="center"/>
            </w:pPr>
            <w:r w:rsidRPr="002E4F26">
              <w:t>□ 남      □ 여</w:t>
            </w:r>
          </w:p>
        </w:tc>
      </w:tr>
      <w:tr w:rsidR="00301B7C" w:rsidRPr="002E4F26" w14:paraId="2AD49350" w14:textId="77777777">
        <w:trPr>
          <w:trHeight w:val="480"/>
          <w:jc w:val="center"/>
        </w:trPr>
        <w:tc>
          <w:tcPr>
            <w:tcW w:w="1656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C4B7198" w14:textId="77777777" w:rsidR="00301B7C" w:rsidRPr="002E4F26" w:rsidRDefault="00000000" w:rsidP="002E4F26">
            <w:pPr>
              <w:spacing w:after="0" w:line="240" w:lineRule="auto"/>
              <w:jc w:val="center"/>
            </w:pPr>
            <w:r w:rsidRPr="002E4F26">
              <w:t>연락처</w:t>
            </w:r>
          </w:p>
        </w:tc>
        <w:tc>
          <w:tcPr>
            <w:tcW w:w="338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5518E10" w14:textId="77777777" w:rsidR="00301B7C" w:rsidRPr="002E4F26" w:rsidRDefault="00301B7C" w:rsidP="002E4F26">
            <w:pPr>
              <w:spacing w:after="0" w:line="240" w:lineRule="auto"/>
            </w:pPr>
          </w:p>
        </w:tc>
        <w:tc>
          <w:tcPr>
            <w:tcW w:w="1656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4C3DE57" w14:textId="77777777" w:rsidR="00301B7C" w:rsidRPr="002E4F26" w:rsidRDefault="00000000" w:rsidP="002E4F26">
            <w:pPr>
              <w:spacing w:after="0" w:line="240" w:lineRule="auto"/>
              <w:jc w:val="center"/>
            </w:pPr>
            <w:r w:rsidRPr="002E4F26">
              <w:t>휴대전화</w:t>
            </w:r>
          </w:p>
        </w:tc>
        <w:tc>
          <w:tcPr>
            <w:tcW w:w="2765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935AA56" w14:textId="77777777" w:rsidR="00301B7C" w:rsidRPr="002E4F26" w:rsidRDefault="00301B7C" w:rsidP="002E4F26">
            <w:pPr>
              <w:spacing w:after="0" w:line="240" w:lineRule="auto"/>
            </w:pPr>
          </w:p>
        </w:tc>
      </w:tr>
      <w:tr w:rsidR="00301B7C" w:rsidRPr="002E4F26" w14:paraId="6467B5C1" w14:textId="77777777">
        <w:trPr>
          <w:trHeight w:val="480"/>
          <w:jc w:val="center"/>
        </w:trPr>
        <w:tc>
          <w:tcPr>
            <w:tcW w:w="1656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8243762" w14:textId="77777777" w:rsidR="00301B7C" w:rsidRPr="002E4F26" w:rsidRDefault="00000000" w:rsidP="002E4F26">
            <w:pPr>
              <w:spacing w:after="0" w:line="240" w:lineRule="auto"/>
              <w:jc w:val="center"/>
            </w:pPr>
            <w:r w:rsidRPr="002E4F26">
              <w:t>자택주소</w:t>
            </w:r>
          </w:p>
        </w:tc>
        <w:tc>
          <w:tcPr>
            <w:tcW w:w="7805" w:type="dxa"/>
            <w:gridSpan w:val="3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06D83D7" w14:textId="77777777" w:rsidR="00301B7C" w:rsidRPr="002E4F26" w:rsidRDefault="00301B7C" w:rsidP="002E4F26">
            <w:pPr>
              <w:spacing w:after="0" w:line="240" w:lineRule="auto"/>
            </w:pPr>
          </w:p>
        </w:tc>
      </w:tr>
      <w:tr w:rsidR="00301B7C" w:rsidRPr="002E4F26" w14:paraId="13A02B01" w14:textId="77777777">
        <w:trPr>
          <w:trHeight w:val="480"/>
          <w:jc w:val="center"/>
        </w:trPr>
        <w:tc>
          <w:tcPr>
            <w:tcW w:w="1656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9B4A778" w14:textId="77777777" w:rsidR="00301B7C" w:rsidRPr="002E4F26" w:rsidRDefault="00000000" w:rsidP="002E4F26">
            <w:pPr>
              <w:spacing w:after="0" w:line="240" w:lineRule="auto"/>
              <w:jc w:val="center"/>
            </w:pPr>
            <w:r w:rsidRPr="002E4F26">
              <w:t>이메일</w:t>
            </w:r>
          </w:p>
        </w:tc>
        <w:tc>
          <w:tcPr>
            <w:tcW w:w="7805" w:type="dxa"/>
            <w:gridSpan w:val="3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2899830" w14:textId="77777777" w:rsidR="00301B7C" w:rsidRPr="002E4F26" w:rsidRDefault="00301B7C" w:rsidP="002E4F26">
            <w:pPr>
              <w:spacing w:after="0" w:line="240" w:lineRule="auto"/>
            </w:pPr>
          </w:p>
        </w:tc>
      </w:tr>
    </w:tbl>
    <w:p w14:paraId="029E765F" w14:textId="77777777" w:rsidR="00301B7C" w:rsidRPr="002E4F26" w:rsidRDefault="00000000" w:rsidP="002E4F26">
      <w:pPr>
        <w:spacing w:before="600" w:after="160" w:line="240" w:lineRule="auto"/>
        <w:rPr>
          <w:lang w:eastAsia="ko-KR"/>
        </w:rPr>
      </w:pPr>
      <w:r w:rsidRPr="002E4F26">
        <w:rPr>
          <w:sz w:val="22"/>
          <w:lang w:eastAsia="ko-KR"/>
        </w:rPr>
        <w:t>원하시는 후원 회원 등급에 체크하여 주십시오.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56"/>
        <w:gridCol w:w="648"/>
        <w:gridCol w:w="7157"/>
      </w:tblGrid>
      <w:tr w:rsidR="00301B7C" w:rsidRPr="002E4F26" w14:paraId="5D6A2C58" w14:textId="77777777">
        <w:trPr>
          <w:trHeight w:val="420"/>
          <w:jc w:val="center"/>
        </w:trPr>
        <w:tc>
          <w:tcPr>
            <w:tcW w:w="1656" w:type="dxa"/>
            <w:vMerge w:val="restart"/>
            <w:tcBorders>
              <w:bottom w:val="single" w:sz="6" w:space="0" w:color="000000"/>
              <w:right w:val="dotted" w:sz="6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42FC60C" w14:textId="77777777" w:rsidR="00301B7C" w:rsidRPr="002E4F26" w:rsidRDefault="00000000" w:rsidP="002E4F26">
            <w:pPr>
              <w:spacing w:after="0" w:line="240" w:lineRule="auto"/>
              <w:jc w:val="center"/>
            </w:pPr>
            <w:proofErr w:type="spellStart"/>
            <w:r w:rsidRPr="002E4F26">
              <w:t>개인</w:t>
            </w:r>
            <w:proofErr w:type="spellEnd"/>
            <w:r w:rsidRPr="002E4F26">
              <w:t xml:space="preserve"> </w:t>
            </w:r>
            <w:proofErr w:type="spellStart"/>
            <w:r w:rsidRPr="002E4F26">
              <w:t>후원</w:t>
            </w:r>
            <w:proofErr w:type="spellEnd"/>
          </w:p>
        </w:tc>
        <w:tc>
          <w:tcPr>
            <w:tcW w:w="648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7CD824C" w14:textId="77777777" w:rsidR="00301B7C" w:rsidRPr="002E4F26" w:rsidRDefault="00000000" w:rsidP="002E4F26">
            <w:pPr>
              <w:spacing w:after="0" w:line="240" w:lineRule="auto"/>
              <w:jc w:val="center"/>
            </w:pPr>
            <w:r w:rsidRPr="002E4F26">
              <w:t>□</w:t>
            </w:r>
          </w:p>
        </w:tc>
        <w:tc>
          <w:tcPr>
            <w:tcW w:w="7157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20C501C" w14:textId="77777777" w:rsidR="00301B7C" w:rsidRPr="002E4F26" w:rsidRDefault="00000000" w:rsidP="002E4F26">
            <w:pPr>
              <w:spacing w:after="0" w:line="240" w:lineRule="auto"/>
            </w:pPr>
            <w:r w:rsidRPr="002E4F26">
              <w:t>베르디</w:t>
            </w:r>
          </w:p>
        </w:tc>
      </w:tr>
      <w:tr w:rsidR="00301B7C" w:rsidRPr="002E4F26" w14:paraId="075E18CB" w14:textId="77777777">
        <w:trPr>
          <w:trHeight w:val="420"/>
          <w:jc w:val="center"/>
        </w:trPr>
        <w:tc>
          <w:tcPr>
            <w:tcW w:w="1656" w:type="dxa"/>
            <w:vMerge/>
          </w:tcPr>
          <w:p w14:paraId="4D3414A5" w14:textId="77777777" w:rsidR="00301B7C" w:rsidRPr="002E4F26" w:rsidRDefault="00301B7C" w:rsidP="002E4F26">
            <w:pPr>
              <w:spacing w:line="240" w:lineRule="auto"/>
            </w:pPr>
          </w:p>
        </w:tc>
        <w:tc>
          <w:tcPr>
            <w:tcW w:w="648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208CE43" w14:textId="77777777" w:rsidR="00301B7C" w:rsidRPr="002E4F26" w:rsidRDefault="00000000" w:rsidP="002E4F26">
            <w:pPr>
              <w:spacing w:after="0" w:line="240" w:lineRule="auto"/>
              <w:jc w:val="center"/>
            </w:pPr>
            <w:r w:rsidRPr="002E4F26">
              <w:t>□</w:t>
            </w:r>
          </w:p>
        </w:tc>
        <w:tc>
          <w:tcPr>
            <w:tcW w:w="7157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6DDD5C2" w14:textId="77777777" w:rsidR="00301B7C" w:rsidRPr="002E4F26" w:rsidRDefault="00000000" w:rsidP="002E4F26">
            <w:pPr>
              <w:spacing w:after="0" w:line="240" w:lineRule="auto"/>
            </w:pPr>
            <w:r w:rsidRPr="002E4F26">
              <w:t>푸치니</w:t>
            </w:r>
          </w:p>
        </w:tc>
      </w:tr>
      <w:tr w:rsidR="00301B7C" w:rsidRPr="002E4F26" w14:paraId="599F4729" w14:textId="77777777">
        <w:trPr>
          <w:trHeight w:val="420"/>
          <w:jc w:val="center"/>
        </w:trPr>
        <w:tc>
          <w:tcPr>
            <w:tcW w:w="1656" w:type="dxa"/>
            <w:vMerge/>
          </w:tcPr>
          <w:p w14:paraId="3FE9E8C1" w14:textId="77777777" w:rsidR="00301B7C" w:rsidRPr="002E4F26" w:rsidRDefault="00301B7C" w:rsidP="002E4F26">
            <w:pPr>
              <w:spacing w:line="240" w:lineRule="auto"/>
            </w:pPr>
          </w:p>
        </w:tc>
        <w:tc>
          <w:tcPr>
            <w:tcW w:w="648" w:type="dxa"/>
            <w:tcBorders>
              <w:bottom w:val="single" w:sz="6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B93191F" w14:textId="77777777" w:rsidR="00301B7C" w:rsidRPr="002E4F26" w:rsidRDefault="00000000" w:rsidP="002E4F26">
            <w:pPr>
              <w:spacing w:after="0" w:line="240" w:lineRule="auto"/>
              <w:jc w:val="center"/>
            </w:pPr>
            <w:r w:rsidRPr="002E4F26">
              <w:t>□</w:t>
            </w:r>
          </w:p>
        </w:tc>
        <w:tc>
          <w:tcPr>
            <w:tcW w:w="7157" w:type="dxa"/>
            <w:tcBorders>
              <w:bottom w:val="single" w:sz="6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537680B" w14:textId="77777777" w:rsidR="00301B7C" w:rsidRPr="002E4F26" w:rsidRDefault="00000000" w:rsidP="002E4F26">
            <w:pPr>
              <w:spacing w:after="0" w:line="240" w:lineRule="auto"/>
            </w:pPr>
            <w:r w:rsidRPr="002E4F26">
              <w:t>벨리니</w:t>
            </w:r>
          </w:p>
        </w:tc>
      </w:tr>
      <w:tr w:rsidR="00301B7C" w:rsidRPr="002E4F26" w14:paraId="1B5D7C17" w14:textId="77777777">
        <w:trPr>
          <w:trHeight w:val="420"/>
          <w:jc w:val="center"/>
        </w:trPr>
        <w:tc>
          <w:tcPr>
            <w:tcW w:w="1656" w:type="dxa"/>
            <w:vMerge w:val="restart"/>
            <w:tcBorders>
              <w:right w:val="dotted" w:sz="6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E79CF94" w14:textId="77777777" w:rsidR="00301B7C" w:rsidRPr="002E4F26" w:rsidRDefault="00000000" w:rsidP="002E4F26">
            <w:pPr>
              <w:spacing w:after="0" w:line="240" w:lineRule="auto"/>
              <w:jc w:val="center"/>
            </w:pPr>
            <w:r w:rsidRPr="002E4F26">
              <w:t>기업 후원</w:t>
            </w:r>
          </w:p>
        </w:tc>
        <w:tc>
          <w:tcPr>
            <w:tcW w:w="648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21D38E2" w14:textId="77777777" w:rsidR="00301B7C" w:rsidRPr="002E4F26" w:rsidRDefault="00000000" w:rsidP="002E4F26">
            <w:pPr>
              <w:spacing w:after="0" w:line="240" w:lineRule="auto"/>
              <w:jc w:val="center"/>
            </w:pPr>
            <w:r w:rsidRPr="002E4F26">
              <w:t>□</w:t>
            </w:r>
          </w:p>
        </w:tc>
        <w:tc>
          <w:tcPr>
            <w:tcW w:w="7157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61C00F5" w14:textId="77777777" w:rsidR="00301B7C" w:rsidRPr="002E4F26" w:rsidRDefault="00000000" w:rsidP="002E4F26">
            <w:pPr>
              <w:spacing w:after="0" w:line="240" w:lineRule="auto"/>
            </w:pPr>
            <w:r w:rsidRPr="002E4F26">
              <w:t>다이아몬드</w:t>
            </w:r>
          </w:p>
        </w:tc>
      </w:tr>
      <w:tr w:rsidR="00301B7C" w:rsidRPr="002E4F26" w14:paraId="37F56DD5" w14:textId="77777777">
        <w:trPr>
          <w:trHeight w:val="420"/>
          <w:jc w:val="center"/>
        </w:trPr>
        <w:tc>
          <w:tcPr>
            <w:tcW w:w="1656" w:type="dxa"/>
            <w:vMerge/>
          </w:tcPr>
          <w:p w14:paraId="6C6E43F6" w14:textId="77777777" w:rsidR="00301B7C" w:rsidRPr="002E4F26" w:rsidRDefault="00301B7C" w:rsidP="002E4F26">
            <w:pPr>
              <w:spacing w:line="240" w:lineRule="auto"/>
            </w:pPr>
          </w:p>
        </w:tc>
        <w:tc>
          <w:tcPr>
            <w:tcW w:w="648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D322AC1" w14:textId="77777777" w:rsidR="00301B7C" w:rsidRPr="002E4F26" w:rsidRDefault="00000000" w:rsidP="002E4F26">
            <w:pPr>
              <w:spacing w:after="0" w:line="240" w:lineRule="auto"/>
              <w:jc w:val="center"/>
            </w:pPr>
            <w:r w:rsidRPr="002E4F26">
              <w:t>□</w:t>
            </w:r>
          </w:p>
        </w:tc>
        <w:tc>
          <w:tcPr>
            <w:tcW w:w="7157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89F07A7" w14:textId="77777777" w:rsidR="00301B7C" w:rsidRPr="002E4F26" w:rsidRDefault="00000000" w:rsidP="002E4F26">
            <w:pPr>
              <w:spacing w:after="0" w:line="240" w:lineRule="auto"/>
            </w:pPr>
            <w:r w:rsidRPr="002E4F26">
              <w:t>사파이어</w:t>
            </w:r>
          </w:p>
        </w:tc>
      </w:tr>
      <w:tr w:rsidR="00301B7C" w:rsidRPr="002E4F26" w14:paraId="3CAC7645" w14:textId="77777777">
        <w:trPr>
          <w:trHeight w:val="420"/>
          <w:jc w:val="center"/>
        </w:trPr>
        <w:tc>
          <w:tcPr>
            <w:tcW w:w="1656" w:type="dxa"/>
            <w:vMerge/>
          </w:tcPr>
          <w:p w14:paraId="5D8347E3" w14:textId="77777777" w:rsidR="00301B7C" w:rsidRPr="002E4F26" w:rsidRDefault="00301B7C" w:rsidP="002E4F26">
            <w:pPr>
              <w:spacing w:line="240" w:lineRule="auto"/>
            </w:pPr>
          </w:p>
        </w:tc>
        <w:tc>
          <w:tcPr>
            <w:tcW w:w="648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069C28F" w14:textId="77777777" w:rsidR="00301B7C" w:rsidRPr="002E4F26" w:rsidRDefault="00000000" w:rsidP="002E4F26">
            <w:pPr>
              <w:spacing w:after="0" w:line="240" w:lineRule="auto"/>
              <w:jc w:val="center"/>
            </w:pPr>
            <w:r w:rsidRPr="002E4F26">
              <w:t>□</w:t>
            </w:r>
          </w:p>
        </w:tc>
        <w:tc>
          <w:tcPr>
            <w:tcW w:w="7157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4599B6D" w14:textId="77777777" w:rsidR="00301B7C" w:rsidRPr="002E4F26" w:rsidRDefault="00000000" w:rsidP="002E4F26">
            <w:pPr>
              <w:spacing w:after="0" w:line="240" w:lineRule="auto"/>
            </w:pPr>
            <w:r w:rsidRPr="002E4F26">
              <w:t>루비</w:t>
            </w:r>
          </w:p>
        </w:tc>
      </w:tr>
    </w:tbl>
    <w:p w14:paraId="3F420E75" w14:textId="77777777" w:rsidR="00301B7C" w:rsidRPr="002E4F26" w:rsidRDefault="00000000" w:rsidP="002E4F26">
      <w:pPr>
        <w:spacing w:before="720" w:after="160" w:line="240" w:lineRule="auto"/>
        <w:rPr>
          <w:lang w:eastAsia="ko-KR"/>
        </w:rPr>
      </w:pPr>
      <w:r w:rsidRPr="002E4F26">
        <w:rPr>
          <w:sz w:val="22"/>
          <w:lang w:eastAsia="ko-KR"/>
        </w:rPr>
        <w:t>상기 본인은 (사)</w:t>
      </w:r>
      <w:proofErr w:type="spellStart"/>
      <w:r w:rsidRPr="002E4F26">
        <w:rPr>
          <w:sz w:val="22"/>
          <w:lang w:eastAsia="ko-KR"/>
        </w:rPr>
        <w:t>미래성악포럼</w:t>
      </w:r>
      <w:proofErr w:type="spellEnd"/>
      <w:r w:rsidRPr="002E4F26">
        <w:rPr>
          <w:sz w:val="22"/>
          <w:lang w:eastAsia="ko-KR"/>
        </w:rPr>
        <w:t xml:space="preserve">(이 </w:t>
      </w:r>
      <w:proofErr w:type="spellStart"/>
      <w:r w:rsidRPr="002E4F26">
        <w:rPr>
          <w:sz w:val="22"/>
          <w:lang w:eastAsia="ko-KR"/>
        </w:rPr>
        <w:t>마에스트리</w:t>
      </w:r>
      <w:proofErr w:type="spellEnd"/>
      <w:r w:rsidRPr="002E4F26">
        <w:rPr>
          <w:sz w:val="22"/>
          <w:lang w:eastAsia="ko-KR"/>
        </w:rPr>
        <w:t>)의 후원 회원이 되고자 신청서를 제출합니다.</w:t>
      </w:r>
    </w:p>
    <w:p w14:paraId="64316CBA" w14:textId="77777777" w:rsidR="00301B7C" w:rsidRPr="002E4F26" w:rsidRDefault="00000000" w:rsidP="002E4F26">
      <w:pPr>
        <w:spacing w:after="720" w:line="240" w:lineRule="auto"/>
        <w:rPr>
          <w:lang w:eastAsia="ko-KR"/>
        </w:rPr>
      </w:pPr>
      <w:r w:rsidRPr="002E4F26">
        <w:rPr>
          <w:lang w:eastAsia="ko-KR"/>
        </w:rPr>
        <w:t>※ 후원금은 연말정산 시 소득공제를 위한 기부금 영수증 발급이 가능합니다.</w:t>
      </w:r>
    </w:p>
    <w:p w14:paraId="57250DAF" w14:textId="77777777" w:rsidR="00301B7C" w:rsidRPr="002E4F26" w:rsidRDefault="00000000" w:rsidP="002E4F26">
      <w:pPr>
        <w:spacing w:before="200" w:after="720" w:line="240" w:lineRule="auto"/>
        <w:jc w:val="right"/>
        <w:rPr>
          <w:lang w:eastAsia="ko-KR"/>
        </w:rPr>
      </w:pPr>
      <w:r w:rsidRPr="002E4F26">
        <w:rPr>
          <w:sz w:val="22"/>
          <w:lang w:eastAsia="ko-KR"/>
        </w:rPr>
        <w:t xml:space="preserve">202   년        월        일        </w:t>
      </w:r>
    </w:p>
    <w:p w14:paraId="438AE4EA" w14:textId="77777777" w:rsidR="00301B7C" w:rsidRPr="002E4F26" w:rsidRDefault="00000000" w:rsidP="002E4F26">
      <w:pPr>
        <w:spacing w:after="800" w:line="240" w:lineRule="auto"/>
        <w:jc w:val="right"/>
        <w:rPr>
          <w:lang w:eastAsia="ko-KR"/>
        </w:rPr>
      </w:pPr>
      <w:r w:rsidRPr="002E4F26">
        <w:rPr>
          <w:sz w:val="22"/>
          <w:lang w:eastAsia="ko-KR"/>
        </w:rPr>
        <w:t xml:space="preserve">신 청 </w:t>
      </w:r>
      <w:proofErr w:type="gramStart"/>
      <w:r w:rsidRPr="002E4F26">
        <w:rPr>
          <w:sz w:val="22"/>
          <w:lang w:eastAsia="ko-KR"/>
        </w:rPr>
        <w:t>인 :</w:t>
      </w:r>
      <w:proofErr w:type="gramEnd"/>
      <w:r w:rsidRPr="002E4F26">
        <w:rPr>
          <w:sz w:val="22"/>
          <w:lang w:eastAsia="ko-KR"/>
        </w:rPr>
        <w:t xml:space="preserve">                                         (서명)  </w:t>
      </w:r>
    </w:p>
    <w:p w14:paraId="427CC5E4" w14:textId="77777777" w:rsidR="00301B7C" w:rsidRPr="002E4F26" w:rsidRDefault="00000000" w:rsidP="002E4F26">
      <w:pPr>
        <w:spacing w:after="0" w:line="240" w:lineRule="auto"/>
        <w:jc w:val="right"/>
        <w:rPr>
          <w:lang w:eastAsia="ko-KR"/>
        </w:rPr>
      </w:pPr>
      <w:r w:rsidRPr="002E4F26">
        <w:rPr>
          <w:sz w:val="22"/>
          <w:lang w:eastAsia="ko-KR"/>
        </w:rPr>
        <w:t>(사)</w:t>
      </w:r>
      <w:proofErr w:type="spellStart"/>
      <w:r w:rsidRPr="002E4F26">
        <w:rPr>
          <w:sz w:val="22"/>
          <w:lang w:eastAsia="ko-KR"/>
        </w:rPr>
        <w:t>미래성악포럼</w:t>
      </w:r>
      <w:proofErr w:type="spellEnd"/>
      <w:r w:rsidRPr="002E4F26">
        <w:rPr>
          <w:sz w:val="22"/>
          <w:lang w:eastAsia="ko-KR"/>
        </w:rPr>
        <w:t xml:space="preserve"> (이 </w:t>
      </w:r>
      <w:proofErr w:type="spellStart"/>
      <w:r w:rsidRPr="002E4F26">
        <w:rPr>
          <w:sz w:val="22"/>
          <w:lang w:eastAsia="ko-KR"/>
        </w:rPr>
        <w:t>마에스트리</w:t>
      </w:r>
      <w:proofErr w:type="spellEnd"/>
      <w:r w:rsidRPr="002E4F26">
        <w:rPr>
          <w:sz w:val="22"/>
          <w:lang w:eastAsia="ko-KR"/>
        </w:rPr>
        <w:t>) 귀하</w:t>
      </w:r>
    </w:p>
    <w:sectPr w:rsidR="00301B7C" w:rsidRPr="002E4F26" w:rsidSect="002E4F26">
      <w:pgSz w:w="11909" w:h="16834"/>
      <w:pgMar w:top="567" w:right="1225" w:bottom="567" w:left="122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4390326">
    <w:abstractNumId w:val="8"/>
  </w:num>
  <w:num w:numId="2" w16cid:durableId="785388861">
    <w:abstractNumId w:val="6"/>
  </w:num>
  <w:num w:numId="3" w16cid:durableId="1341543047">
    <w:abstractNumId w:val="5"/>
  </w:num>
  <w:num w:numId="4" w16cid:durableId="255408385">
    <w:abstractNumId w:val="4"/>
  </w:num>
  <w:num w:numId="5" w16cid:durableId="1568030165">
    <w:abstractNumId w:val="7"/>
  </w:num>
  <w:num w:numId="6" w16cid:durableId="1335181319">
    <w:abstractNumId w:val="3"/>
  </w:num>
  <w:num w:numId="7" w16cid:durableId="797841869">
    <w:abstractNumId w:val="2"/>
  </w:num>
  <w:num w:numId="8" w16cid:durableId="540702981">
    <w:abstractNumId w:val="1"/>
  </w:num>
  <w:num w:numId="9" w16cid:durableId="1179155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E4F26"/>
    <w:rsid w:val="00301B7C"/>
    <w:rsid w:val="00326F90"/>
    <w:rsid w:val="00924DC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1623C4"/>
  <w14:defaultImageDpi w14:val="300"/>
  <w15:docId w15:val="{84B15821-35BC-4B9D-8AE7-11631E683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color w:val="000000"/>
      <w:sz w:val="20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순영 이</cp:lastModifiedBy>
  <cp:revision>2</cp:revision>
  <dcterms:created xsi:type="dcterms:W3CDTF">2013-12-23T23:15:00Z</dcterms:created>
  <dcterms:modified xsi:type="dcterms:W3CDTF">2026-10-26T10:21:00Z</dcterms:modified>
  <cp:category/>
</cp:coreProperties>
</file>